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8381" w14:textId="77777777" w:rsidR="009E54E1" w:rsidRDefault="009E54E1" w:rsidP="009E54E1">
      <w:pPr>
        <w:rPr>
          <w:b/>
          <w:sz w:val="30"/>
        </w:rPr>
      </w:pPr>
      <w:r>
        <w:rPr>
          <w:b/>
          <w:sz w:val="30"/>
        </w:rPr>
        <w:t xml:space="preserve"> </w:t>
      </w:r>
    </w:p>
    <w:p w14:paraId="3152B944" w14:textId="77777777" w:rsidR="009E54E1" w:rsidRDefault="009E54E1" w:rsidP="009E54E1">
      <w:pPr>
        <w:jc w:val="center"/>
        <w:rPr>
          <w:b/>
          <w:sz w:val="30"/>
        </w:rPr>
      </w:pPr>
      <w:r>
        <w:rPr>
          <w:b/>
          <w:sz w:val="30"/>
        </w:rPr>
        <w:t xml:space="preserve"> </w:t>
      </w:r>
      <w:r w:rsidRPr="009E54E1">
        <w:rPr>
          <w:b/>
          <w:noProof/>
          <w:sz w:val="30"/>
        </w:rPr>
        <w:drawing>
          <wp:inline distT="0" distB="0" distL="0" distR="0" wp14:anchorId="2C08943C" wp14:editId="602B89F4">
            <wp:extent cx="841957" cy="1200150"/>
            <wp:effectExtent l="19050" t="0" r="0" b="0"/>
            <wp:docPr id="3" name="Immagine 1" descr="stemmaFonteviv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Fontevivo0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61" cy="120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0"/>
        </w:rPr>
        <w:t xml:space="preserve">                                                               </w:t>
      </w:r>
      <w:r w:rsidRPr="009E54E1">
        <w:rPr>
          <w:b/>
          <w:noProof/>
          <w:sz w:val="30"/>
        </w:rPr>
        <w:drawing>
          <wp:inline distT="0" distB="0" distL="0" distR="0" wp14:anchorId="01582C69" wp14:editId="2EAC78A9">
            <wp:extent cx="923925" cy="1326280"/>
            <wp:effectExtent l="19050" t="0" r="0" b="0"/>
            <wp:docPr id="5" name="Immagine 36" descr="C:\Users\m.mariani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.mariani\Downloads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13" cy="1327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A3188" w14:textId="77777777" w:rsidR="009B728F" w:rsidRDefault="00C21C56">
      <w:pPr>
        <w:jc w:val="center"/>
      </w:pPr>
      <w:r>
        <w:rPr>
          <w:b/>
          <w:sz w:val="30"/>
        </w:rPr>
        <w:t>COMUNE DI FONTEVIVO</w:t>
      </w:r>
    </w:p>
    <w:p w14:paraId="2F6B015A" w14:textId="77777777" w:rsidR="009B728F" w:rsidRDefault="00C21C56">
      <w:pPr>
        <w:jc w:val="center"/>
      </w:pPr>
      <w:r>
        <w:rPr>
          <w:i/>
          <w:sz w:val="20"/>
        </w:rPr>
        <w:t>Provincia di Parma</w:t>
      </w:r>
    </w:p>
    <w:p w14:paraId="371FB675" w14:textId="77777777" w:rsidR="009B728F" w:rsidRDefault="009E54E1">
      <w:pPr>
        <w:jc w:val="center"/>
      </w:pPr>
      <w:proofErr w:type="spellStart"/>
      <w:r>
        <w:rPr>
          <w:sz w:val="18"/>
        </w:rPr>
        <w:t>Settore</w:t>
      </w:r>
      <w:proofErr w:type="spellEnd"/>
      <w:r>
        <w:rPr>
          <w:sz w:val="18"/>
        </w:rPr>
        <w:t xml:space="preserve"> Servizi Generali</w:t>
      </w:r>
      <w:r w:rsidR="00C21C56">
        <w:rPr>
          <w:sz w:val="18"/>
        </w:rPr>
        <w:t xml:space="preserve"> – Piazza Repubblica n. 1 – 43010 Fontevivo (PR)</w:t>
      </w:r>
    </w:p>
    <w:p w14:paraId="56A77B66" w14:textId="77777777" w:rsidR="009B728F" w:rsidRDefault="009B728F"/>
    <w:p w14:paraId="7235CA2C" w14:textId="77777777" w:rsidR="009E54E1" w:rsidRDefault="009E54E1"/>
    <w:p w14:paraId="1499FD30" w14:textId="77777777" w:rsidR="009B728F" w:rsidRDefault="00C21C56">
      <w:pPr>
        <w:jc w:val="center"/>
      </w:pPr>
      <w:r>
        <w:rPr>
          <w:b/>
          <w:sz w:val="24"/>
        </w:rPr>
        <w:t>DOMANDA DI AMMISSIONE ALLA GRADUATORIA</w:t>
      </w:r>
    </w:p>
    <w:p w14:paraId="7292D002" w14:textId="77777777" w:rsidR="009B728F" w:rsidRDefault="00C21C56">
      <w:pPr>
        <w:jc w:val="center"/>
        <w:rPr>
          <w:b/>
          <w:sz w:val="20"/>
        </w:rPr>
      </w:pPr>
      <w:r>
        <w:rPr>
          <w:b/>
          <w:sz w:val="20"/>
        </w:rPr>
        <w:t xml:space="preserve">Voucher per sostenere l’accesso dei minori con disabilità o in condizioni di sovrappeso/obesità con complicanze alla </w:t>
      </w:r>
      <w:proofErr w:type="spellStart"/>
      <w:r>
        <w:rPr>
          <w:b/>
          <w:sz w:val="20"/>
        </w:rPr>
        <w:t>pratica</w:t>
      </w:r>
      <w:proofErr w:type="spellEnd"/>
      <w:r>
        <w:rPr>
          <w:b/>
          <w:sz w:val="20"/>
        </w:rPr>
        <w:t xml:space="preserve"> motoria e </w:t>
      </w:r>
      <w:proofErr w:type="spellStart"/>
      <w:r>
        <w:rPr>
          <w:b/>
          <w:sz w:val="20"/>
        </w:rPr>
        <w:t>sportiva</w:t>
      </w:r>
      <w:proofErr w:type="spellEnd"/>
      <w:r>
        <w:rPr>
          <w:b/>
          <w:sz w:val="20"/>
        </w:rPr>
        <w:t xml:space="preserve"> – anno 2026</w:t>
      </w:r>
    </w:p>
    <w:p w14:paraId="0542D810" w14:textId="77777777" w:rsidR="00B94671" w:rsidRDefault="000239CC">
      <w:pPr>
        <w:jc w:val="center"/>
      </w:pPr>
      <w:r>
        <w:rPr>
          <w:i/>
          <w:sz w:val="20"/>
        </w:rPr>
        <w:t>In caso di più minori in possesso dei requisiti, deve essere presentata una domanda distinta per ciascun minore.</w:t>
      </w:r>
    </w:p>
    <w:p w14:paraId="706790B0" w14:textId="77777777" w:rsidR="009E54E1" w:rsidRDefault="009E54E1" w:rsidP="009E54E1">
      <w:pPr>
        <w:jc w:val="right"/>
      </w:pPr>
    </w:p>
    <w:p w14:paraId="50269697" w14:textId="77777777" w:rsidR="009B728F" w:rsidRDefault="00C21C56">
      <w:pPr>
        <w:pStyle w:val="Titolo2"/>
      </w:pPr>
      <w:r>
        <w:t>1. DATI DEL/DELLA RICHIEDENTE</w:t>
      </w:r>
    </w:p>
    <w:p w14:paraId="736BF2FF" w14:textId="77777777" w:rsidR="009E54E1" w:rsidRPr="009E54E1" w:rsidRDefault="009E54E1" w:rsidP="009E54E1"/>
    <w:p w14:paraId="0F56202B" w14:textId="77777777" w:rsidR="009B728F" w:rsidRDefault="00C21C56">
      <w:r>
        <w:t>Il/La sottoscritto/a __________________________________________________________________________</w:t>
      </w:r>
    </w:p>
    <w:p w14:paraId="761CCB17" w14:textId="77777777" w:rsidR="009B728F" w:rsidRDefault="00C21C56">
      <w:r>
        <w:t>nato/a a ______________________________________________ (____) il _____________________________</w:t>
      </w:r>
    </w:p>
    <w:p w14:paraId="49A81768" w14:textId="77777777" w:rsidR="009B728F" w:rsidRDefault="00C21C56">
      <w:r>
        <w:t>codice fiscale __________________________________________ cittadinanza __________________________</w:t>
      </w:r>
    </w:p>
    <w:p w14:paraId="5096D9E8" w14:textId="77777777" w:rsidR="009B728F" w:rsidRDefault="00C21C56">
      <w:r>
        <w:t>residente a ____________________________________________ (____) CAP ___________________________</w:t>
      </w:r>
    </w:p>
    <w:p w14:paraId="46326D0D" w14:textId="77777777" w:rsidR="009B728F" w:rsidRDefault="00C21C56">
      <w:r>
        <w:t>in via/piazza ______________________________________________________________ n. _______________</w:t>
      </w:r>
    </w:p>
    <w:p w14:paraId="178E6869" w14:textId="77777777" w:rsidR="009B728F" w:rsidRDefault="00C21C56">
      <w:r>
        <w:t>telefono ______________________________ e-mail _______________________________________________</w:t>
      </w:r>
    </w:p>
    <w:p w14:paraId="4D485212" w14:textId="77777777" w:rsidR="009B728F" w:rsidRDefault="00C21C56">
      <w:r>
        <w:t>in qualità di genitore / tutore / esercente la responsabilità genitoriale del minore indicato di seguito</w:t>
      </w:r>
    </w:p>
    <w:p w14:paraId="6A8152C7" w14:textId="77777777" w:rsidR="009B728F" w:rsidRDefault="00C21C56">
      <w:pPr>
        <w:pStyle w:val="Titolo2"/>
      </w:pPr>
      <w:r>
        <w:t>2. DATI DEL MINORE PER CUI SI RICHIEDE IL VOUCHER</w:t>
      </w:r>
    </w:p>
    <w:p w14:paraId="7E519F1D" w14:textId="77777777" w:rsidR="009E54E1" w:rsidRPr="009E54E1" w:rsidRDefault="009E54E1" w:rsidP="009E54E1"/>
    <w:p w14:paraId="1C522149" w14:textId="77777777" w:rsidR="009B728F" w:rsidRDefault="00C21C56">
      <w:r>
        <w:t>Cognome e nome ____________________________________________________________________________</w:t>
      </w:r>
    </w:p>
    <w:p w14:paraId="15D3A9D7" w14:textId="77777777" w:rsidR="009B728F" w:rsidRDefault="00C21C56">
      <w:r>
        <w:t>nato/a a ______________________________________________ (____) il _____________________________</w:t>
      </w:r>
    </w:p>
    <w:p w14:paraId="7427590C" w14:textId="77777777" w:rsidR="009B728F" w:rsidRDefault="00C21C56">
      <w:r>
        <w:t>codice fiscale __________________________________________</w:t>
      </w:r>
    </w:p>
    <w:p w14:paraId="24900730" w14:textId="77777777" w:rsidR="009B728F" w:rsidRDefault="00C21C56">
      <w:r>
        <w:t>residente a ____________________________________________ (____) CAP ___________________________</w:t>
      </w:r>
    </w:p>
    <w:p w14:paraId="44709095" w14:textId="77777777" w:rsidR="009B728F" w:rsidRDefault="00C21C56">
      <w:r>
        <w:t>in via/piazza ______________________________________________________________ n. _______________</w:t>
      </w:r>
    </w:p>
    <w:p w14:paraId="763E85ED" w14:textId="77777777" w:rsidR="009E54E1" w:rsidRDefault="009E54E1"/>
    <w:p w14:paraId="57A4D393" w14:textId="77777777" w:rsidR="009B728F" w:rsidRDefault="00C21C56">
      <w:r>
        <w:t>Requisito per il quale si presenta la domanda (barrare una sola opzione):</w:t>
      </w:r>
    </w:p>
    <w:p w14:paraId="69559F9E" w14:textId="77777777" w:rsidR="009B728F" w:rsidRDefault="00C21C56">
      <w:r>
        <w:t>☐ Minore con disabilità certificata mediante verbale INPS.</w:t>
      </w:r>
    </w:p>
    <w:p w14:paraId="14D95BD9" w14:textId="77777777" w:rsidR="009B728F" w:rsidRDefault="00C21C56" w:rsidP="00994FCD">
      <w:pPr>
        <w:jc w:val="both"/>
      </w:pPr>
      <w:r>
        <w:t>☐ Minore in condizione di sovrappeso/obesità con complicanze, per il quale sia stata rilasciata indicazione allo svolgimento di attività motoria o sportiva dal Medico di Medicina Generale, dal Pediatra di Libera Scelta o dal medico del team di secondo livello per bambini sovrappeso o obesi attivo presso le AUSL regionali.</w:t>
      </w:r>
    </w:p>
    <w:p w14:paraId="71A55970" w14:textId="77777777" w:rsidR="009B728F" w:rsidRDefault="00C21C56">
      <w:pPr>
        <w:pStyle w:val="Titolo2"/>
      </w:pPr>
      <w:r>
        <w:lastRenderedPageBreak/>
        <w:t>3. DICHIARAZIONI SOSTITUTIVE</w:t>
      </w:r>
    </w:p>
    <w:p w14:paraId="6F651412" w14:textId="77777777" w:rsidR="009E54E1" w:rsidRPr="009E54E1" w:rsidRDefault="009E54E1" w:rsidP="009E54E1"/>
    <w:p w14:paraId="13BFF672" w14:textId="77777777" w:rsidR="009B728F" w:rsidRDefault="00C21C56">
      <w:r>
        <w:t>Consapevole delle responsabilità penali previste dall’art. 76 del D.P.R. 28 dicembre 2000, n. 445 in caso di dichiarazioni mendaci e della decadenza dai benefici eventualmente conseguiti sulla base di dichiarazioni non veritiere, ai sensi dell’art. 75 del medesimo decreto, il/la sottoscritto/a, sotto la propria responsabilità, dichiara:</w:t>
      </w:r>
    </w:p>
    <w:p w14:paraId="465E294A" w14:textId="77777777" w:rsidR="009E54E1" w:rsidRDefault="009E54E1"/>
    <w:p w14:paraId="2562C65D" w14:textId="77777777" w:rsidR="009B728F" w:rsidRDefault="00C21C56">
      <w:r>
        <w:t xml:space="preserve">☐ di aver </w:t>
      </w:r>
      <w:proofErr w:type="spellStart"/>
      <w:r>
        <w:t>letto</w:t>
      </w:r>
      <w:proofErr w:type="spellEnd"/>
      <w:r>
        <w:t xml:space="preserve"> e di accettare le condizioni dell’Avviso pubblico approvato dal Comune di Fontevivo;</w:t>
      </w:r>
    </w:p>
    <w:p w14:paraId="5960A664" w14:textId="77777777" w:rsidR="009E54E1" w:rsidRDefault="009E54E1"/>
    <w:p w14:paraId="6BDC248A" w14:textId="77777777" w:rsidR="009B728F" w:rsidRDefault="00C21C56"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residente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Comune di Fontevivo;</w:t>
      </w:r>
    </w:p>
    <w:p w14:paraId="7772B6A5" w14:textId="77777777" w:rsidR="009E54E1" w:rsidRDefault="009E54E1"/>
    <w:p w14:paraId="06D5C32B" w14:textId="77777777" w:rsidR="009B728F" w:rsidRDefault="00C21C56">
      <w:r>
        <w:t>☐ che il minore indicato nella presente domanda è residente nel Comune di Fontevivo e fa parte del nucleo familiare del/della richiedente;</w:t>
      </w:r>
    </w:p>
    <w:p w14:paraId="51ACF966" w14:textId="77777777" w:rsidR="009E54E1" w:rsidRDefault="009E54E1"/>
    <w:p w14:paraId="73E8A168" w14:textId="77777777" w:rsidR="009B728F" w:rsidRDefault="00C21C56">
      <w:r>
        <w:t xml:space="preserve">☐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minore</w:t>
      </w:r>
      <w:proofErr w:type="spellEnd"/>
      <w:r>
        <w:t>, alla data prevista dall’Avviso, ha un’età compresa tra 6 e 17 anni;</w:t>
      </w:r>
    </w:p>
    <w:p w14:paraId="3E850D70" w14:textId="77777777" w:rsidR="009E54E1" w:rsidRDefault="009E54E1"/>
    <w:p w14:paraId="116168DE" w14:textId="77777777" w:rsidR="009B728F" w:rsidRDefault="00C21C56">
      <w:r>
        <w:t xml:space="preserve">☐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dell’ISEE</w:t>
      </w:r>
      <w:proofErr w:type="spellEnd"/>
      <w:r>
        <w:t xml:space="preserve"> Ordinario in corso di validità del nucleo familiare è pari a € __________________ e non supera € 30.000,00;</w:t>
      </w:r>
    </w:p>
    <w:p w14:paraId="6100C4B1" w14:textId="77777777" w:rsidR="009E54E1" w:rsidRDefault="009E54E1"/>
    <w:p w14:paraId="7586B568" w14:textId="77777777" w:rsidR="009B728F" w:rsidRDefault="00C21C56">
      <w:r>
        <w:t>☐ che il minore possiede uno dei requisiti indicati nella sezione 2 e che la relativa documentazione comprovante il requisito è allegata alla domanda;</w:t>
      </w:r>
    </w:p>
    <w:p w14:paraId="4BEA4154" w14:textId="77777777" w:rsidR="009E54E1" w:rsidRDefault="009E54E1"/>
    <w:p w14:paraId="74D918BE" w14:textId="77777777" w:rsidR="009B728F" w:rsidRDefault="009E54E1">
      <w:r>
        <w:t xml:space="preserve"> </w:t>
      </w:r>
      <w:r w:rsidR="00C21C56">
        <w:t xml:space="preserve">☐ </w:t>
      </w:r>
      <w:proofErr w:type="spellStart"/>
      <w:r w:rsidR="00C21C56">
        <w:t>che</w:t>
      </w:r>
      <w:proofErr w:type="spellEnd"/>
      <w:r w:rsidR="00C21C56">
        <w:t xml:space="preserve"> il voucher è richiesto per la partecipazione del minore, nella stagione sportiva 2026/2027, a un corso motorio o sportivo a pagamento organizzato da ASD/SSD iscritte al Registro nazionale delle attività sportive dilettantistiche (RASD) oppure da ETS iscritti al RUNTS che svolgano attività sportiva dilettantistica, secondo quanto previsto dall’Avviso;</w:t>
      </w:r>
    </w:p>
    <w:p w14:paraId="47971A13" w14:textId="77777777" w:rsidR="009E54E1" w:rsidRDefault="009E54E1"/>
    <w:p w14:paraId="0AD017DB" w14:textId="77777777" w:rsidR="009B728F" w:rsidRDefault="00C21C56">
      <w:r>
        <w:t>☐ di essere consapevole che l’importo massimo del voucher è pari a € 250,00 per minore e che l’assegnazione è subordinata alla posizione nella graduatoria delle domande ammissibili, alla disponibilità delle risorse e alla verifica dei requisiti;</w:t>
      </w:r>
    </w:p>
    <w:p w14:paraId="6C2FF4F0" w14:textId="77777777" w:rsidR="009E54E1" w:rsidRDefault="009E54E1"/>
    <w:p w14:paraId="06D486DD" w14:textId="77777777" w:rsidR="009B728F" w:rsidRDefault="00C21C56"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presentazione della domanda non garantisce l’assegnazione del voucher e che il Comune dispone complessivamente di n. 3 voucher, per un importo massimo totale di € 750,00;</w:t>
      </w:r>
    </w:p>
    <w:p w14:paraId="22468083" w14:textId="77777777" w:rsidR="009E54E1" w:rsidRDefault="009E54E1"/>
    <w:p w14:paraId="05BCEC39" w14:textId="77777777" w:rsidR="009B728F" w:rsidRDefault="00C21C56">
      <w:r>
        <w:t>☐ di essere consapevole che l’eventuale contributo sarà liquidato dopo la verifica della documentazione comprovante l’iscrizione e l’effettiva partecipazione del minore all’attività sportiva, nonché della ricevuta o di altro documento fiscalmente idoneo attestante l’avvenuto pagamento e il costo complessivo al lordo del voucher, nei termini e secondo le modalità stabilite dall’Avviso;</w:t>
      </w:r>
    </w:p>
    <w:p w14:paraId="3BBEF6E3" w14:textId="77777777" w:rsidR="009E54E1" w:rsidRDefault="009E54E1"/>
    <w:p w14:paraId="28123470" w14:textId="77777777" w:rsidR="009B728F" w:rsidRDefault="00C21C56">
      <w:r>
        <w:t xml:space="preserve">☐ 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tempestivamente al Comune eventuali variazioni rilevanti ai fini dell’ammissibilità o della liquidazione;</w:t>
      </w:r>
    </w:p>
    <w:p w14:paraId="5D727B96" w14:textId="77777777" w:rsidR="009E54E1" w:rsidRDefault="009E54E1"/>
    <w:p w14:paraId="0BFC0D9A" w14:textId="77777777" w:rsidR="009B728F" w:rsidRDefault="00C21C56">
      <w:r>
        <w:t xml:space="preserve">☐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informazioni</w:t>
      </w:r>
      <w:proofErr w:type="spellEnd"/>
      <w:r>
        <w:t xml:space="preserve"> rese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presentati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veritieri</w:t>
      </w:r>
      <w:proofErr w:type="spellEnd"/>
      <w:r>
        <w:t xml:space="preserve"> e </w:t>
      </w:r>
      <w:proofErr w:type="spellStart"/>
      <w:r>
        <w:t>completi</w:t>
      </w:r>
      <w:proofErr w:type="spellEnd"/>
      <w:r>
        <w:t>.</w:t>
      </w:r>
    </w:p>
    <w:p w14:paraId="5FA273D5" w14:textId="77777777" w:rsidR="00C21C56" w:rsidRDefault="00C21C56"/>
    <w:p w14:paraId="764296A1" w14:textId="77777777" w:rsidR="009B728F" w:rsidRDefault="00C21C56">
      <w:r>
        <w:t>Valore ISEE Ordinario dichiarato: € ____________________   Data rilascio attestazione: ____ / ____ / ______</w:t>
      </w:r>
    </w:p>
    <w:p w14:paraId="7399A009" w14:textId="77777777" w:rsidR="009B728F" w:rsidRDefault="00C21C56">
      <w:r>
        <w:lastRenderedPageBreak/>
        <w:t>Numero di protocollo/DSU (se disponibile): _____________________________________________________</w:t>
      </w:r>
    </w:p>
    <w:p w14:paraId="5DB18A78" w14:textId="77777777" w:rsidR="009B728F" w:rsidRDefault="00C21C56">
      <w:pPr>
        <w:pStyle w:val="Titolo2"/>
      </w:pPr>
      <w:r>
        <w:t>4. DOCUMENTAZIONE ALLEGATA</w:t>
      </w:r>
    </w:p>
    <w:p w14:paraId="7F19F2EF" w14:textId="77777777" w:rsidR="009E54E1" w:rsidRPr="009E54E1" w:rsidRDefault="009E54E1" w:rsidP="009E54E1"/>
    <w:p w14:paraId="2189B6C2" w14:textId="77777777" w:rsidR="009B728F" w:rsidRDefault="00C21C56">
      <w:r>
        <w:t xml:space="preserve">☐ Copia di un documento di identità in corso di validità del/della </w:t>
      </w:r>
      <w:proofErr w:type="spellStart"/>
      <w:r>
        <w:t>richiedente</w:t>
      </w:r>
      <w:proofErr w:type="spellEnd"/>
      <w:r>
        <w:t xml:space="preserve">, </w:t>
      </w:r>
      <w:proofErr w:type="spellStart"/>
      <w:r>
        <w:t>ove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presentazione</w:t>
      </w:r>
      <w:proofErr w:type="spellEnd"/>
      <w:r>
        <w:t>;</w:t>
      </w:r>
    </w:p>
    <w:p w14:paraId="3B34F4BD" w14:textId="77777777" w:rsidR="009E54E1" w:rsidRDefault="009E54E1"/>
    <w:p w14:paraId="799DBC57" w14:textId="77777777" w:rsidR="009B728F" w:rsidRDefault="00C21C56">
      <w:r>
        <w:t xml:space="preserve">☐ Attestazione ISEE Ordinario in corso di validità, oppure indicazione dei dati necessari alla verifica da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Comune</w:t>
      </w:r>
      <w:proofErr w:type="spellEnd"/>
      <w:r>
        <w:t xml:space="preserve">, secondo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consentito</w:t>
      </w:r>
      <w:proofErr w:type="spellEnd"/>
      <w:r>
        <w:t xml:space="preserve"> </w:t>
      </w:r>
      <w:proofErr w:type="spellStart"/>
      <w:r>
        <w:t>dall’Avviso</w:t>
      </w:r>
      <w:proofErr w:type="spellEnd"/>
      <w:r>
        <w:t>;</w:t>
      </w:r>
    </w:p>
    <w:p w14:paraId="334F52F6" w14:textId="77777777" w:rsidR="009E54E1" w:rsidRDefault="009E54E1"/>
    <w:p w14:paraId="052E7CDD" w14:textId="77777777" w:rsidR="009B728F" w:rsidRDefault="00C21C56">
      <w:r>
        <w:t>☐ Per il requisito della disabilità: verbale INPS comprovante la condizione di disabilità;</w:t>
      </w:r>
    </w:p>
    <w:p w14:paraId="6378E76D" w14:textId="77777777" w:rsidR="009E54E1" w:rsidRDefault="009E54E1"/>
    <w:p w14:paraId="305322D4" w14:textId="77777777" w:rsidR="009B728F" w:rsidRDefault="00C21C56">
      <w:r>
        <w:t>☐ Per il requisito di sovrappeso/obesità con complicanze: attestazione/prescrizione recante l’indicazione allo svolgimento di attività motoria o sportiva, rilasciata dal Medico di Medicina Generale, dal Pediatra di Libera Scelta o dal medico del team di secondo livello per bambini sovrappeso o obesi attivo presso le AUSL regionali;</w:t>
      </w:r>
    </w:p>
    <w:p w14:paraId="006BFDE1" w14:textId="77777777" w:rsidR="009E54E1" w:rsidRDefault="009E54E1"/>
    <w:p w14:paraId="49F75291" w14:textId="77777777" w:rsidR="009B728F" w:rsidRDefault="00C21C56">
      <w:r>
        <w:t xml:space="preserve">☐ Altra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dall’Avviso</w:t>
      </w:r>
      <w:proofErr w:type="spellEnd"/>
      <w:r>
        <w:t>: ___________________________________________________.</w:t>
      </w:r>
    </w:p>
    <w:p w14:paraId="30275680" w14:textId="77777777" w:rsidR="009E54E1" w:rsidRDefault="009E54E1"/>
    <w:p w14:paraId="702E38ED" w14:textId="77777777" w:rsidR="009B728F" w:rsidRDefault="00C21C56">
      <w:r>
        <w:t>La documentazione comprovante l’iscrizione e l’effettiva partecipazione del minore all’attività motoria o sportiva, nonché la ricevuta o altro documento fiscalmente idoneo attestante l’avvenuto pagamento e il costo complessivo al lordo del voucher, dovrà essere presentata dai beneficiari entro il 31 dicembre 2026, secondo le modalità comunicate dal Comune.</w:t>
      </w:r>
    </w:p>
    <w:p w14:paraId="384AC06D" w14:textId="77777777" w:rsidR="009B728F" w:rsidRDefault="00C21C56">
      <w:pPr>
        <w:pStyle w:val="Titolo2"/>
      </w:pPr>
      <w:r>
        <w:t>5. MODALITÀ DI PRESENTAZIONE</w:t>
      </w:r>
    </w:p>
    <w:p w14:paraId="26C4F7D5" w14:textId="77777777" w:rsidR="009E54E1" w:rsidRPr="009E54E1" w:rsidRDefault="009E54E1" w:rsidP="009E54E1"/>
    <w:p w14:paraId="6D645EDF" w14:textId="77777777" w:rsidR="009E54E1" w:rsidRDefault="00C21C56">
      <w:r>
        <w:t xml:space="preserve">La </w:t>
      </w:r>
      <w:proofErr w:type="spellStart"/>
      <w:r>
        <w:t>domanda</w:t>
      </w:r>
      <w:proofErr w:type="spellEnd"/>
      <w:r>
        <w:t xml:space="preserve">, completa degli </w:t>
      </w:r>
      <w:proofErr w:type="spellStart"/>
      <w:r>
        <w:t>allegati</w:t>
      </w:r>
      <w:proofErr w:type="spellEnd"/>
      <w:r>
        <w:t xml:space="preserve"> richiesti, deve essere presentata </w:t>
      </w:r>
      <w:r w:rsidRPr="009E54E1">
        <w:rPr>
          <w:b/>
        </w:rPr>
        <w:t xml:space="preserve">entro le ore 12:00 del 24 </w:t>
      </w:r>
      <w:proofErr w:type="spellStart"/>
      <w:r w:rsidRPr="009E54E1">
        <w:rPr>
          <w:b/>
        </w:rPr>
        <w:t>novembre</w:t>
      </w:r>
      <w:proofErr w:type="spellEnd"/>
      <w:r w:rsidRPr="009E54E1">
        <w:rPr>
          <w:b/>
        </w:rPr>
        <w:t xml:space="preserve"> 2026</w:t>
      </w:r>
      <w:r>
        <w:t xml:space="preserve"> </w:t>
      </w:r>
      <w:r w:rsidR="009E54E1">
        <w:t xml:space="preserve">  </w:t>
      </w:r>
    </w:p>
    <w:p w14:paraId="3E988F91" w14:textId="77777777" w:rsidR="009E54E1" w:rsidRDefault="00C21C56" w:rsidP="009E54E1">
      <w:pPr>
        <w:pStyle w:val="Paragrafoelenco"/>
        <w:numPr>
          <w:ilvl w:val="0"/>
          <w:numId w:val="10"/>
        </w:numPr>
      </w:pPr>
      <w:proofErr w:type="spellStart"/>
      <w:r>
        <w:t>tramite</w:t>
      </w:r>
      <w:proofErr w:type="spellEnd"/>
      <w:r>
        <w:t xml:space="preserve"> PEC </w:t>
      </w:r>
      <w:proofErr w:type="spellStart"/>
      <w:r>
        <w:t>all’indirizzo</w:t>
      </w:r>
      <w:proofErr w:type="spellEnd"/>
      <w:r>
        <w:t xml:space="preserve"> </w:t>
      </w:r>
      <w:hyperlink r:id="rId8" w:history="1">
        <w:r w:rsidR="009E54E1" w:rsidRPr="007E39E8">
          <w:rPr>
            <w:rStyle w:val="Collegamentoipertestuale"/>
          </w:rPr>
          <w:t>protocollo@postacert.comune.fontevivo.pr.it</w:t>
        </w:r>
      </w:hyperlink>
      <w:r>
        <w:t xml:space="preserve"> </w:t>
      </w:r>
    </w:p>
    <w:p w14:paraId="7DC87F92" w14:textId="156F2402" w:rsidR="009B728F" w:rsidRDefault="00C21C56" w:rsidP="009E54E1">
      <w:pPr>
        <w:pStyle w:val="Paragrafoelenco"/>
        <w:numPr>
          <w:ilvl w:val="0"/>
          <w:numId w:val="10"/>
        </w:numPr>
      </w:pPr>
      <w:proofErr w:type="spellStart"/>
      <w:r>
        <w:t>oppure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mano </w:t>
      </w:r>
      <w:proofErr w:type="spellStart"/>
      <w:r w:rsidR="00994FCD">
        <w:t>all’ufficio</w:t>
      </w:r>
      <w:proofErr w:type="spellEnd"/>
      <w:r w:rsidR="00994FCD">
        <w:t xml:space="preserve"> </w:t>
      </w:r>
      <w:proofErr w:type="spellStart"/>
      <w:r w:rsidR="00994FCD">
        <w:t>protocollo</w:t>
      </w:r>
      <w:proofErr w:type="spellEnd"/>
      <w:r w:rsidR="00994FCD">
        <w:t xml:space="preserve"> </w:t>
      </w:r>
      <w:proofErr w:type="spellStart"/>
      <w:r>
        <w:t>presso</w:t>
      </w:r>
      <w:proofErr w:type="spellEnd"/>
      <w:r>
        <w:t xml:space="preserve"> il </w:t>
      </w:r>
      <w:proofErr w:type="spellStart"/>
      <w:r>
        <w:t>Comune</w:t>
      </w:r>
      <w:proofErr w:type="spellEnd"/>
      <w:r>
        <w:t xml:space="preserve"> di </w:t>
      </w:r>
      <w:proofErr w:type="spellStart"/>
      <w:r>
        <w:t>Fontevi</w:t>
      </w:r>
      <w:r w:rsidR="009E54E1">
        <w:t>vo</w:t>
      </w:r>
      <w:proofErr w:type="spellEnd"/>
      <w:r w:rsidR="009E54E1">
        <w:t>, Piazza Repubblica n. 1</w:t>
      </w:r>
    </w:p>
    <w:p w14:paraId="0FD2F256" w14:textId="77777777" w:rsidR="009B728F" w:rsidRDefault="00C21C56">
      <w:pPr>
        <w:pStyle w:val="Titolo2"/>
      </w:pPr>
      <w:r>
        <w:t>6. INFORMATIVA PRIVACY</w:t>
      </w:r>
    </w:p>
    <w:p w14:paraId="2AA78F1B" w14:textId="77777777" w:rsidR="009E54E1" w:rsidRPr="009E54E1" w:rsidRDefault="009E54E1" w:rsidP="009E54E1"/>
    <w:p w14:paraId="7929CBAF" w14:textId="77777777" w:rsidR="009B728F" w:rsidRDefault="00C21C56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dichiara</w:t>
      </w:r>
      <w:proofErr w:type="spellEnd"/>
      <w:r>
        <w:t xml:space="preserve"> di aver ricevuto e letto l’informativa sul trattamento dei dati personali allegata all’Avviso. I dati, inclusi quelli relativi alla salute del minore, saranno trattati dal Comune esclusivamente per le finalità connesse alla gestione della procedura, nel rispetto del Regolamento (UE) 2016/679, della normativa nazionale applicabile e delle misure di riservatezza previste. Le informazioni sanitarie saranno accessibili soltanto ai soggetti autorizzati e nei limiti necessari alla gestione della domanda.</w:t>
      </w:r>
    </w:p>
    <w:p w14:paraId="5377E059" w14:textId="77777777" w:rsidR="009B728F" w:rsidRDefault="009B728F"/>
    <w:p w14:paraId="38E6A633" w14:textId="77777777" w:rsidR="009B728F" w:rsidRDefault="00C21C56">
      <w:r>
        <w:t>Luogo e data __________________________________</w:t>
      </w:r>
    </w:p>
    <w:p w14:paraId="0382D3A3" w14:textId="77777777" w:rsidR="009E54E1" w:rsidRDefault="009E54E1" w:rsidP="009E54E1">
      <w:pPr>
        <w:jc w:val="center"/>
      </w:pPr>
      <w:r>
        <w:t xml:space="preserve">                                                                  </w:t>
      </w:r>
      <w:proofErr w:type="spellStart"/>
      <w:r w:rsidR="00C21C56">
        <w:t>Firma</w:t>
      </w:r>
      <w:proofErr w:type="spellEnd"/>
      <w:r w:rsidR="00C21C56">
        <w:t xml:space="preserve"> del/della richiedente</w:t>
      </w:r>
    </w:p>
    <w:p w14:paraId="4CFDD746" w14:textId="77777777" w:rsidR="009B728F" w:rsidRDefault="009E54E1" w:rsidP="009E54E1">
      <w:pPr>
        <w:jc w:val="center"/>
      </w:pPr>
      <w:r>
        <w:t xml:space="preserve">                                                        </w:t>
      </w:r>
      <w:r w:rsidR="00C21C56">
        <w:t>______________________________________________</w:t>
      </w:r>
    </w:p>
    <w:p w14:paraId="41388813" w14:textId="77777777" w:rsidR="009B728F" w:rsidRDefault="009B728F"/>
    <w:p w14:paraId="30C90D1B" w14:textId="77777777" w:rsidR="009B728F" w:rsidRDefault="009B728F"/>
    <w:sectPr w:rsidR="009B728F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C05C89"/>
    <w:multiLevelType w:val="hybridMultilevel"/>
    <w:tmpl w:val="64D0F3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032298">
    <w:abstractNumId w:val="8"/>
  </w:num>
  <w:num w:numId="2" w16cid:durableId="1512833669">
    <w:abstractNumId w:val="6"/>
  </w:num>
  <w:num w:numId="3" w16cid:durableId="1985349530">
    <w:abstractNumId w:val="5"/>
  </w:num>
  <w:num w:numId="4" w16cid:durableId="1884170793">
    <w:abstractNumId w:val="4"/>
  </w:num>
  <w:num w:numId="5" w16cid:durableId="73013956">
    <w:abstractNumId w:val="7"/>
  </w:num>
  <w:num w:numId="6" w16cid:durableId="536746481">
    <w:abstractNumId w:val="3"/>
  </w:num>
  <w:num w:numId="7" w16cid:durableId="1323270129">
    <w:abstractNumId w:val="2"/>
  </w:num>
  <w:num w:numId="8" w16cid:durableId="676539613">
    <w:abstractNumId w:val="1"/>
  </w:num>
  <w:num w:numId="9" w16cid:durableId="2035838234">
    <w:abstractNumId w:val="0"/>
  </w:num>
  <w:num w:numId="10" w16cid:durableId="21194474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4FCD"/>
    <w:rsid w:val="009B728F"/>
    <w:rsid w:val="009E54E1"/>
    <w:rsid w:val="00AA1D8D"/>
    <w:rsid w:val="00B47730"/>
    <w:rsid w:val="00B94671"/>
    <w:rsid w:val="00C21C56"/>
    <w:rsid w:val="00CB0664"/>
    <w:rsid w:val="00D852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2E8BA"/>
  <w15:docId w15:val="{42457D15-8479-45F2-A4D8-60322AD1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eastAsia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4E1"/>
    <w:rPr>
      <w:rFonts w:ascii="Tahoma" w:eastAsia="Arial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E5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ostacert.comune.fontevivo.pr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180490-EBE2-4436-B83E-A71811370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Alinovi</cp:lastModifiedBy>
  <cp:revision>4</cp:revision>
  <dcterms:created xsi:type="dcterms:W3CDTF">2013-12-23T23:15:00Z</dcterms:created>
  <dcterms:modified xsi:type="dcterms:W3CDTF">2026-10-28T08:41:00Z</dcterms:modified>
  <cp:category/>
</cp:coreProperties>
</file>